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0" w:after="200" w:line="276" w:lineRule="auto"/>
      </w:pPr>
      <w:r>
        <w:rPr>
          <w:rFonts w:ascii="宋体" w:hAnsi="宋体" w:eastAsia="宋体" w:cs="宋体"/>
          <w:b/>
          <w:color w:val="000000"/>
          <w:sz w:val="42"/>
        </w:rPr>
        <w:t>湘潭县石鼓油纸伞协会</w:t>
        <w:br/>
        <w:t>会员入会申请表</w:t>
      </w:r>
    </w:p>
    <w:p>
      <w:pPr>
        <w:keepNext w:val="0"/>
        <w:spacing w:after="180" w:before="0"/>
      </w:pPr>
      <w:r>
        <w:rPr>
          <w:rFonts w:ascii="宋体" w:hAnsi="宋体" w:eastAsia="宋体" w:cs="宋体"/>
          <w:b w:val="0"/>
          <w:color w:val="000000"/>
          <w:sz w:val="21"/>
        </w:rPr>
        <w:t>请按实际情况填写并勾选适用项目。可在表格留白处电子填写，也可打印填写；申请类别、所需材料与提交方式请先联系协会确认。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01"/>
        <w:gridCol w:w="3118"/>
        <w:gridCol w:w="1417"/>
        <w:gridCol w:w="3402"/>
      </w:tblGrid>
      <w:tr>
        <w:trPr>
          <w:cantSplit/>
          <w:trHeight w:val="510" w:hRule="atLeast"/>
        </w:trPr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申请类别</w:t>
            </w:r>
          </w:p>
        </w:tc>
        <w:tc>
          <w:tcPr>
            <w:tcW w:type="dxa" w:w="7937"/>
            <w:vAlign w:val="center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 w:line="276" w:lineRule="auto"/>
            </w:pPr>
            <w:sdt>
              <w:sdtPr>
                <w:alias w:val="类别_单位"/>
                <w:tag w:val="类别_单位"/>
                <w:id w:val="1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单位   </w:t>
            </w:r>
            <w:sdt>
              <w:sdtPr>
                <w:alias w:val="类别_个人"/>
                <w:tag w:val="类别_个人"/>
                <w:id w:val="1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个人   </w:t>
            </w:r>
            <w:sdt>
              <w:sdtPr>
                <w:alias w:val="类别_团体"/>
                <w:tag w:val="类别_团体"/>
                <w:id w:val="10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团体</w:t>
            </w:r>
          </w:p>
        </w:tc>
      </w:tr>
      <w:tr>
        <w:trPr>
          <w:cantSplit/>
          <w:trHeight w:val="567" w:hRule="atLeast"/>
        </w:trPr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名称或姓名</w:t>
            </w:r>
          </w:p>
        </w:tc>
        <w:tc>
          <w:tcPr>
            <w:tcW w:type="dxa" w:w="7937"/>
            <w:vAlign w:val="center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 w:line="276" w:lineRule="auto"/>
            </w:pPr>
            <w:sdt>
              <w:sdtPr>
                <w:alias w:val="名称或姓名"/>
                <w:tag w:val="名称或姓名"/>
                <w:id w:val="104"/>
                <w:text w:multiLine="0"/>
              </w:sdtPr>
              <w:sdtContent>
                <w:r>
                  <w:rPr>
                    <w:rFonts w:ascii="宋体" w:eastAsia="宋体"/>
                    <w:sz w:val="22"/>
                  </w:rPr>
                  <w:t xml:space="preserve">        </w:t>
                </w:r>
              </w:sdtContent>
            </w:sdt>
          </w:p>
        </w:tc>
      </w:tr>
      <w:tr>
        <w:trPr>
          <w:cantSplit/>
          <w:trHeight w:val="567" w:hRule="atLeast"/>
        </w:trPr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负责人或联系人</w:t>
            </w:r>
          </w:p>
        </w:tc>
        <w:tc>
          <w:tcPr>
            <w:tcW w:type="dxa" w:w="311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 w:line="276" w:lineRule="auto"/>
            </w:pPr>
            <w:sdt>
              <w:sdtPr>
                <w:alias w:val="负责人或联系人"/>
                <w:tag w:val="负责人或联系人"/>
                <w:id w:val="105"/>
                <w:text w:multiLine="0"/>
              </w:sdtPr>
              <w:sdtContent>
                <w:r>
                  <w:rPr>
                    <w:rFonts w:ascii="宋体" w:eastAsia="宋体"/>
                    <w:sz w:val="22"/>
                  </w:rPr>
                  <w:t xml:space="preserve">        </w:t>
                </w:r>
              </w:sdtContent>
            </w:sdt>
          </w:p>
        </w:tc>
        <w:tc>
          <w:tcPr>
            <w:tcW w:type="dxa" w:w="141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联系电话</w:t>
            </w:r>
          </w:p>
        </w:tc>
        <w:tc>
          <w:tcPr>
            <w:tcW w:type="dxa" w:w="340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 w:line="276" w:lineRule="auto"/>
            </w:pPr>
            <w:sdt>
              <w:sdtPr>
                <w:alias w:val="联系电话"/>
                <w:tag w:val="联系电话"/>
                <w:id w:val="106"/>
                <w:text w:multiLine="0"/>
              </w:sdtPr>
              <w:sdtContent>
                <w:r>
                  <w:rPr>
                    <w:rFonts w:ascii="宋体" w:eastAsia="宋体"/>
                    <w:sz w:val="22"/>
                  </w:rPr>
                  <w:t xml:space="preserve">        </w:t>
                </w:r>
              </w:sdtContent>
            </w:sdt>
          </w:p>
        </w:tc>
      </w:tr>
      <w:tr>
        <w:trPr>
          <w:cantSplit/>
          <w:trHeight w:val="709" w:hRule="atLeast"/>
        </w:trPr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通讯地址</w:t>
            </w:r>
          </w:p>
        </w:tc>
        <w:tc>
          <w:tcPr>
            <w:tcW w:type="dxa" w:w="7937"/>
            <w:vAlign w:val="center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 w:line="276" w:lineRule="auto"/>
            </w:pPr>
            <w:sdt>
              <w:sdtPr>
                <w:alias w:val="通讯地址"/>
                <w:tag w:val="通讯地址"/>
                <w:id w:val="107"/>
                <w:text w:multiLine="1"/>
              </w:sdtPr>
              <w:sdtContent>
                <w:r>
                  <w:rPr>
                    <w:rFonts w:ascii="宋体" w:eastAsia="宋体"/>
                    <w:sz w:val="22"/>
                  </w:rPr>
                  <w:t xml:space="preserve">        </w:t>
                </w:r>
              </w:sdtContent>
            </w:sdt>
          </w:p>
        </w:tc>
      </w:tr>
      <w:tr>
        <w:trPr>
          <w:cantSplit/>
          <w:trHeight w:val="879" w:hRule="atLeast"/>
        </w:trPr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业务方向</w:t>
            </w:r>
          </w:p>
        </w:tc>
        <w:tc>
          <w:tcPr>
            <w:tcW w:type="dxa" w:w="7937"/>
            <w:vAlign w:val="center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 w:line="276" w:lineRule="auto"/>
            </w:pPr>
            <w:sdt>
              <w:sdtPr>
                <w:alias w:val="方向_制伞"/>
                <w:tag w:val="方向_制伞"/>
                <w:id w:val="1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制伞   </w:t>
            </w:r>
            <w:sdt>
              <w:sdtPr>
                <w:alias w:val="方向_配件材料"/>
                <w:tag w:val="方向_配件材料"/>
                <w:id w:val="1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配件与材料   </w:t>
            </w:r>
            <w:sdt>
              <w:sdtPr>
                <w:alias w:val="方向_销售推广"/>
                <w:tag w:val="方向_销售推广"/>
                <w:id w:val="1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销售推广</w:t>
            </w:r>
            <w:r>
              <w:br/>
            </w:r>
            <w:sdt>
              <w:sdtPr>
                <w:alias w:val="方向_设计研发"/>
                <w:tag w:val="方向_设计研发"/>
                <w:id w:val="1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设计研发   </w:t>
            </w:r>
            <w:sdt>
              <w:sdtPr>
                <w:alias w:val="方向_文化研学"/>
                <w:tag w:val="方向_文化研学"/>
                <w:id w:val="1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文化研学   </w:t>
            </w:r>
            <w:sdt>
              <w:sdtPr>
                <w:alias w:val="方向_其他"/>
                <w:tag w:val="方向_其他"/>
                <w:id w:val="1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其他</w:t>
            </w:r>
            <w:sdt>
              <w:sdtPr>
                <w:alias w:val="其他业务方向"/>
                <w:tag w:val="其他业务方向"/>
                <w:id w:val="114"/>
                <w:text w:multiLine="0"/>
              </w:sdtPr>
              <w:sdtContent>
                <w:r>
                  <w:rPr>
                    <w:rFonts w:ascii="宋体" w:eastAsia="宋体"/>
                    <w:sz w:val="22"/>
                  </w:rPr>
                  <w:t xml:space="preserve">        </w:t>
                </w:r>
              </w:sdtContent>
            </w:sdt>
          </w:p>
        </w:tc>
      </w:tr>
      <w:tr>
        <w:trPr>
          <w:cantSplit/>
          <w:trHeight w:val="1757" w:hRule="atLeast"/>
        </w:trPr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申请说明</w:t>
            </w:r>
          </w:p>
        </w:tc>
        <w:tc>
          <w:tcPr>
            <w:tcW w:type="dxa" w:w="7937"/>
            <w:vAlign w:val="center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 w:line="276" w:lineRule="auto"/>
            </w:pPr>
            <w:sdt>
              <w:sdtPr>
                <w:alias w:val="申请说明"/>
                <w:tag w:val="申请说明"/>
                <w:id w:val="115"/>
                <w:text w:multiLine="1"/>
              </w:sdtPr>
              <w:sdtContent>
                <w:r>
                  <w:rPr>
                    <w:rFonts w:ascii="宋体" w:eastAsia="宋体"/>
                    <w:sz w:val="22"/>
                  </w:rPr>
                  <w:t xml:space="preserve">        </w:t>
                </w:r>
              </w:sdtContent>
            </w:sdt>
          </w:p>
        </w:tc>
      </w:tr>
      <w:tr>
        <w:trPr>
          <w:cantSplit/>
          <w:trHeight w:val="879" w:hRule="atLeast"/>
        </w:trPr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已附材料</w:t>
            </w:r>
          </w:p>
        </w:tc>
        <w:tc>
          <w:tcPr>
            <w:tcW w:type="dxa" w:w="7937"/>
            <w:vAlign w:val="center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 w:line="276" w:lineRule="auto"/>
            </w:pPr>
            <w:sdt>
              <w:sdtPr>
                <w:alias w:val="材料_主体资格"/>
                <w:tag w:val="材料_主体资格"/>
                <w:id w:val="1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主体资格材料   </w:t>
            </w:r>
            <w:sdt>
              <w:sdtPr>
                <w:alias w:val="材料_简介"/>
                <w:tag w:val="材料_简介"/>
                <w:id w:val="1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业务或个人简介</w:t>
            </w:r>
            <w:r>
              <w:br/>
            </w:r>
            <w:sdt>
              <w:sdtPr>
                <w:alias w:val="材料_作品"/>
                <w:tag w:val="材料_作品"/>
                <w:id w:val="1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作品或业务资料   </w:t>
            </w:r>
            <w:sdt>
              <w:sdtPr>
                <w:alias w:val="材料_其他"/>
                <w:tag w:val="材料_其他"/>
                <w:id w:val="1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宋体"/>
                    <w:sz w:val="22"/>
                  </w:rPr>
                  <w:t xml:space="preserve">☐</w:t>
                </w:r>
              </w:sdtContent>
            </w:sdt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 xml:space="preserve"> 其他</w:t>
            </w:r>
            <w:sdt>
              <w:sdtPr>
                <w:alias w:val="其他材料"/>
                <w:tag w:val="其他材料"/>
                <w:id w:val="120"/>
                <w:text w:multiLine="0"/>
              </w:sdtPr>
              <w:sdtContent>
                <w:r>
                  <w:rPr>
                    <w:rFonts w:ascii="宋体" w:eastAsia="宋体"/>
                    <w:sz w:val="22"/>
                  </w:rPr>
                  <w:t xml:space="preserve">        </w:t>
                </w:r>
              </w:sdtContent>
            </w:sdt>
          </w:p>
        </w:tc>
      </w:tr>
      <w:tr>
        <w:trPr>
          <w:cantSplit/>
          <w:trHeight w:val="850" w:hRule="atLeast"/>
        </w:trPr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申请声明</w:t>
            </w:r>
          </w:p>
        </w:tc>
        <w:tc>
          <w:tcPr>
            <w:tcW w:type="dxa" w:w="7937"/>
            <w:vAlign w:val="center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 w:line="276" w:lineRule="auto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本人或本单位自愿申请加入协会，所填信息真实，愿遵守协会章程并履行会员义务。</w:t>
            </w:r>
          </w:p>
        </w:tc>
      </w:tr>
      <w:tr>
        <w:trPr>
          <w:cantSplit/>
          <w:trHeight w:val="709" w:hRule="atLeast"/>
        </w:trPr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申请人或负责人签名</w:t>
            </w:r>
          </w:p>
        </w:tc>
        <w:tc>
          <w:tcPr>
            <w:tcW w:type="dxa" w:w="311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 w:line="276" w:lineRule="auto"/>
            </w:pPr>
            <w:sdt>
              <w:sdtPr>
                <w:alias w:val="签名或盖章"/>
                <w:tag w:val="签名或盖章"/>
                <w:id w:val="121"/>
                <w:text w:multiLine="0"/>
              </w:sdtPr>
              <w:sdtContent>
                <w:r>
                  <w:rPr>
                    <w:rFonts w:ascii="宋体" w:eastAsia="宋体"/>
                    <w:sz w:val="22"/>
                  </w:rPr>
                  <w:t xml:space="preserve">        </w:t>
                </w:r>
              </w:sdtContent>
            </w:sdt>
          </w:p>
        </w:tc>
        <w:tc>
          <w:tcPr>
            <w:tcW w:type="dxa" w:w="141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340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before="0" w:line="276" w:lineRule="auto"/>
            </w:pPr>
            <w:sdt>
              <w:sdtPr>
                <w:alias w:val="签署日期"/>
                <w:tag w:val="签署日期"/>
                <w:id w:val="122"/>
                <w:text w:multiLine="0"/>
              </w:sdtPr>
              <w:sdtContent>
                <w:r>
                  <w:rPr>
                    <w:rFonts w:ascii="宋体" w:eastAsia="宋体"/>
                    <w:sz w:val="22"/>
                  </w:rPr>
                  <w:t xml:space="preserve">        </w:t>
                </w:r>
              </w:sdtContent>
            </w:sdt>
          </w:p>
        </w:tc>
      </w:tr>
    </w:tbl>
    <w:p>
      <w:pPr>
        <w:keepNext w:val="0"/>
        <w:spacing w:after="0" w:before="140"/>
      </w:pPr>
      <w:r>
        <w:rPr>
          <w:rFonts w:ascii="宋体" w:hAnsi="宋体" w:eastAsia="宋体" w:cs="宋体"/>
          <w:b w:val="0"/>
          <w:color w:val="000000"/>
          <w:sz w:val="19"/>
        </w:rPr>
        <w:t>单位或团体可在签名处加盖公章。附件按实际情况准备，材料是否需要及接收方式请在联络时确认。</w:t>
      </w:r>
    </w:p>
    <w:p>
      <w:pPr>
        <w:keepNext w:val="0"/>
        <w:spacing w:after="80" w:before="160"/>
      </w:pPr>
      <w:r>
        <w:rPr>
          <w:rFonts w:ascii="黑体" w:hAnsi="黑体" w:eastAsia="黑体" w:cs="黑体"/>
          <w:b/>
          <w:color w:val="000000"/>
          <w:sz w:val="22"/>
        </w:rPr>
        <w:t>联系与预约</w:t>
      </w:r>
    </w:p>
    <w:p>
      <w:pPr>
        <w:keepNext w:val="0"/>
        <w:spacing w:after="60" w:before="0"/>
      </w:pPr>
      <w:r>
        <w:rPr>
          <w:rFonts w:ascii="宋体" w:hAnsi="宋体" w:eastAsia="宋体" w:cs="宋体"/>
          <w:b w:val="0"/>
          <w:color w:val="000000"/>
          <w:sz w:val="21"/>
        </w:rPr>
        <w:t>联系人  朱宏伟    电话  13574070611</w:t>
      </w:r>
    </w:p>
    <w:p>
      <w:pPr>
        <w:keepNext w:val="0"/>
        <w:spacing w:after="0" w:before="0"/>
      </w:pPr>
      <w:r>
        <w:rPr>
          <w:rFonts w:ascii="宋体" w:hAnsi="宋体" w:eastAsia="宋体" w:cs="宋体"/>
          <w:b w:val="0"/>
          <w:color w:val="000000"/>
          <w:sz w:val="21"/>
        </w:rPr>
        <w:t>协会联络处  湘潭县石鼓镇政府2楼</w:t>
      </w:r>
    </w:p>
    <w:sectPr w:rsidR="00FC693F" w:rsidRPr="0006063C" w:rsidSect="00034616">
      <w:pgSz w:w="12240" w:h="15840"/>
      <w:pgMar w:top="1020" w:right="1134" w:bottom="1020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napToGrid w:val="0"/>
      <w:spacing w:line="312" w:lineRule="auto" w:after="120"/>
    </w:pPr>
    <w:rPr>
      <w:rFonts w:ascii="宋体" w:hAnsi="宋体" w:eastAsia="宋体" w:cs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  <w:snapToGrid w:val="0"/>
    </w:pPr>
    <w:rPr>
      <w:rFonts w:ascii="黑体" w:hAnsi="黑体" w:eastAsia="黑体" w:cs="黑体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  <w:snapToGrid w:val="0"/>
    </w:pPr>
    <w:rPr>
      <w:rFonts w:ascii="黑体" w:hAnsi="黑体" w:eastAsia="黑体" w:cs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snapToGrid w:val="0"/>
    </w:pPr>
    <w:rPr>
      <w:rFonts w:ascii="宋体" w:hAnsi="宋体" w:eastAsia="宋体" w:cs="宋体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napToGrid w:val="0"/>
    </w:pPr>
    <w:rPr>
      <w:rFonts w:ascii="黑体" w:hAnsi="黑体" w:eastAsia="黑体" w:cs="黑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湘潭县石鼓油纸伞协会会员入会申请表</dc:title>
  <dc:subject>会员入会申请填写与联络</dc:subject>
  <dc:creator>湘潭县石鼓油纸伞协会</dc:creator>
  <cp:keywords>石鼓油纸伞,协会,公共资料</cp:keywords>
  <dc:description/>
  <cp:lastModifiedBy>湘潭县石鼓油纸伞协会</cp:lastModifiedBy>
  <cp:revision>1</cp:revision>
  <dcterms:created xsi:type="dcterms:W3CDTF">2013-12-23T23:15:00Z</dcterms:created>
  <dcterms:modified xsi:type="dcterms:W3CDTF">2013-12-23T23:15:00Z</dcterms:modified>
  <cp:category/>
</cp:coreProperties>
</file>